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מצגת פתיחה – מסע הלשון של 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מרכז הלמידה: שש התחנות, הרמות וכללי הסבב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 המצגת הפותחת את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הוראות וסדר 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ללוח הכיתתי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בתיאור המצגת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המצגת מתאימה ללוח הכיתתי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כיתתי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(מקום עצירה שבו מתרגלים נושא לשוני)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(דרגת קושי שונה המתאימה לכל תלמיד)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(ההנחיות איך עוברים בין התחנות)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(שאלה קצרה שמציגה נושא בתחנה)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המורה מציגה את מטרת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מכירים את שש 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לומדים מהן הרמות השונות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שומעים את כללי הסבב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שש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ללוח הכיתתי, בעזרת חיצים או הקשה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שאלת דוגמה לחשיפה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המצגת בפועל לפני מילוי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בדיון קצר על הציפיות מהתחנות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מצגת פתיחה – מסע הלשון של 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מצגת הפתיחה מציגה לכיתה את מסע הלשון: שש תחנות למידה, רמות קושי שונות וכללי סבב בין התחנות, יחד עם שאלת דוגמה מכל תחנה.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כיתתי  ·  חיצים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המצגת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תחנות יש במסע הלשון של ו׳?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מיועדת המצגת?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למחשב אישי של כל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ללוח הכיתתי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למדפסת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במסע הלשון יש שש תחנות למידה.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המצגת מתאימה רק למחשב אישי של כל תלמיד בנפרד.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המצגת מתאימה ללוח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אפשר לנווט במצגת בעזרת __________ במקלדת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דרגת קושי שונה המתאימה לכל תלמיד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עצירה שבו מתרגלים נושא לשוני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כללי הסבב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שאלה קצרה שמציגה נושא בתחנה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שאלת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ההנחיות איך עוברים בין התחנות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לומדים מהן הרמות השונות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המורה מציגה את מטרת המסע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שומעים את כללי הסבב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מכירים את שש התחנות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תחנות יש במסע הלשון?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למי מיועדת המצגת ואיך מנווטים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מצגת פתיחה – מסע הלשון של ו׳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