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מצגת פתיחה –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מרכז הלמידה: שש התחנות, הרמות וכללי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המצגת הפותחת את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הוראות וסדר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ללוח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בעזרת חיצים במקלדת או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שאלת דוגמה לחשיפה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את הרמות ואת כללי הסבב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המצגת מתאימה ללוח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המצגת כן מציגה את הרמות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עצירה שבו מתרגלים נושא לשוני)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(דרגת קושי שונה המתאימה לכל 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(ההנחיות איך עוברים בין התחנות)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(שאלה קצרה שמציגה נושא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מציגה את מטרת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מכירים את שש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לומדים מהן הרמות השונות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שומעים את כללי הסבב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רואים שאלת דוגמה מכל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מתחילים לעבוד בתחנות לפי הסבב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לציין תחנה ברורה ונושא לשוני מתאים לגיל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ללוח הכיתתי, בעזרת חיצים או 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שאלת דוגמה לחשיפה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בפועל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בדיון קצר על הציפיות מהתחנות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מצגת פתיחה –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מצגת שמסבירה לכיתה איך עובד המסע. במסע יש שש תחנות, רמות שונות, וכללים איך עוברים בין התחנות.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שקפים שמוצגים ללוח הכיתתי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עצירה שבו מתרגלים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קושי של המשימה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כללי הסבב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ההוראות איך עוברים מתחנה לתחנה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הכרות ראשונית עם נושא, בלי תרגול מלא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מרכז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מערך של כמה תחנות עבודה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המסך או הלוח שכל הכיתה רואה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או משפט שמייצגים את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מציגים את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למחשב אישי של 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ללוח הכיתתי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למדפסת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עוברים בין השקפים?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בעזרת עכבר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חיצים במקלדת או הקשה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בעזרת שלט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לנווט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דוגמה לחשיפה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עוד מוסבר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שמות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הרמות ואת כללי הסבב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במסע הלשון יש שש תחנות 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מתאימה רק למחשב אישי של כל תלמיד בנפרד.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מוצגת שאלת דוגמה לחשיפה.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במצגת אין כלל התייחסות לרמות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המצגת מתאימה ללוח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לנווט במצגת בעזרת __________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במסע הלשון יש __________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תחנה מוצגת שאלת __________ לחשיפה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דרגת קושי שונה המתאימה לכל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קצרה שמציגה נושא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כללי הסבב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עצירה שבו מתרגלים נושא לשוני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ההנחיות איך עוברים בין התחנות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את כללי הסבב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לעבוד בתחנות לפי הסבב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מציגה את מטרת המסע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שאלת דוגמה מכל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מכירים את שש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מהן הרמות השונות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תחנה אחת שהייתם רוצים שתהיה במסע הלשון, ואיזה נושא לשוני הייתם מתרגלים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מיועדת המצגת ואיך מנווטים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מופיע בכל תחנה כדי להכיר את הנושא?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מצגת פתיחה – מסע הלשון של 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