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מצגת פתיחה – מסע הלשון של ו׳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מרכז הלמידה: שש התחנות, הרמות וכללי הסבב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 המצגת הפותחת את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הוראות וסדר 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המצגת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ללוח הכיתתי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בעזרת חיצים במקלדת או הקשה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שאלת דוגמה לחשיפה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את הרמות ואת כללי הסבב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בתיאור המצגת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המצגת מתאימה ללוח הכיתתי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המצגת כן מציגה את הרמות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כיתתי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(מקום עצירה שבו מתרגלים נושא לשוני)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(דרגת קושי שונה המתאימה לכל תלמיד)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(ההנחיות איך עוברים בין התחנות)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(שאלה קצרה שמציגה נושא בתחנה)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המורה מציגה את מטרת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מכירים את שש התחנות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לומדים מהן הרמות השונות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שומעים את כללי הסבב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רואים שאלת דוגמה מכל 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מתחילים לעבוד בתחנות לפי הסבב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יש לציין תחנה ברורה ונושא לשוני מתאים לגיל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שש 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ללוח הכיתתי, בעזרת חיצים או הקשה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שאלת דוגמה לחשיפה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המצגת בפועל לפני מילוי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לסיים בדיון קצר על הציפיות מהתחנות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מצגת פתיחה – מסע הלשון של ו׳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מצגת הפתיחה מציגה לכיתה את מסע הלשון: שש תחנות למידה, רמות קושי שונות וכללי סבב בין התחנות, יחד עם שאלת דוגמה מכל תחנה.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המצגת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תחנות יש במסע הלשון של ו׳?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מיועדת המצגת?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למחשב אישי של כל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ללוח הכיתתי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למדפסת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לטלפון נייד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מנווטים במצגת?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בעזרת עכבר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בעזרת חיצים במקלדת או הקשה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בעזרת שלט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לנווט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מוצג בכל תחנה במצגת הפתיחה?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תעודת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שאלת דוגמה לחשיפה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ציון 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בין היתר מציגה המצגת, חוץ מהתחנות?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שמות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לוח זמנים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הרמות ואת כללי הסבב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ציונים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במסע הלשון יש שש תחנות למידה.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המצגת מתאימה רק למחשב אישי של כל תלמיד בנפרד.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תחנה מוצגת שאלת דוגמה לחשיפה.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במצגת אין כלל התייחסות לרמות קושי.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המצגת מתאימה ללוח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אפשר לנווט במצגת בעזרת __________ במקלדת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במסע הלשון יש __________ 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בכל תחנה מוצגת שאלת __________ לחשיפה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ההנחיות איך עוברים בין התחנות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שאלה קצרה שמציגה נושא בתחנה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כללי הסבב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עצירה שבו מתרגלים נושא לשוני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שאלת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דרגת קושי שונה המתאימה לכל תלמיד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הפתיחה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שומעים את כללי הסבב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מתחילים לעבוד בתחנות לפי הסבב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מציגה את מטרת המסע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רואים שאלת דוגמה מכל תחנה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מכירים את שש התחנות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לומדים מהן הרמות השונות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תחנה אחת שהייתם רוצים שתהיה במסע הלשון, ואיזה נושא לשוני הייתם מתרגלים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תחנות יש במסע הלשון?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מיועדת המצגת ואיך מנווטים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מופיע בכל תחנה כדי להכיר את הנושא?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מצגת פתיחה – מסע הלשון של ו׳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